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ABBC14" w14:textId="77777777" w:rsidR="003E67CA" w:rsidRDefault="00C8184B">
      <w:pPr>
        <w:pStyle w:val="Heading1"/>
        <w:jc w:val="center"/>
      </w:pPr>
      <w:r>
        <w:t>Reframing Fear of Failure</w:t>
      </w:r>
    </w:p>
    <w:p w14:paraId="765B0BB3" w14:textId="77777777" w:rsidR="003E67CA" w:rsidRDefault="00C8184B">
      <w:pPr>
        <w:jc w:val="center"/>
      </w:pPr>
      <w:r>
        <w:t>🌱</w:t>
      </w:r>
      <w:r>
        <w:t xml:space="preserve"> Journal &amp; Reflection Worksheet</w:t>
      </w:r>
      <w:r>
        <w:br/>
        <w:t>By Fws Rewrite | Created by Angel – Counsellor &amp; Mental Health Coach</w:t>
      </w:r>
    </w:p>
    <w:p w14:paraId="1DDCDA53" w14:textId="77777777" w:rsidR="003E67CA" w:rsidRDefault="00C8184B">
      <w:r>
        <w:br/>
      </w:r>
    </w:p>
    <w:p w14:paraId="3CB06537" w14:textId="77777777" w:rsidR="003E67CA" w:rsidRDefault="00C8184B">
      <w:pPr>
        <w:pStyle w:val="Heading2"/>
      </w:pPr>
      <w:r>
        <w:t>Step 1: Name the Fear</w:t>
      </w:r>
    </w:p>
    <w:p w14:paraId="5627B842" w14:textId="77777777" w:rsidR="003E67CA" w:rsidRDefault="00C8184B">
      <w:r>
        <w:t>What’s something you’ve been avoiding because you’re afraid of failing?</w:t>
      </w:r>
    </w:p>
    <w:p w14:paraId="4CD4AE8B" w14:textId="77777777" w:rsidR="003E67CA" w:rsidRDefault="00C8184B">
      <w:r>
        <w:t xml:space="preserve">I’ve been holding back </w:t>
      </w:r>
      <w:r>
        <w:t>from:</w:t>
      </w:r>
      <w:r>
        <w:br/>
        <w:t>____________________________________________</w:t>
      </w:r>
      <w:r>
        <w:br/>
        <w:t>____________________________________________</w:t>
      </w:r>
    </w:p>
    <w:p w14:paraId="1638D9EC" w14:textId="77777777" w:rsidR="003E67CA" w:rsidRDefault="00C8184B">
      <w:r>
        <w:t>What do you imagine could go wrong?</w:t>
      </w:r>
    </w:p>
    <w:p w14:paraId="1E0CFAE5" w14:textId="77777777" w:rsidR="003E67CA" w:rsidRDefault="00C8184B">
      <w:r>
        <w:t>Worst-case scenario:</w:t>
      </w:r>
      <w:r>
        <w:br/>
        <w:t>____________________________________________</w:t>
      </w:r>
      <w:r>
        <w:br/>
        <w:t>____________________________________________</w:t>
      </w:r>
    </w:p>
    <w:p w14:paraId="7301D398" w14:textId="77777777" w:rsidR="003E67CA" w:rsidRDefault="00C8184B">
      <w:pPr>
        <w:pStyle w:val="Heading2"/>
      </w:pPr>
      <w:r>
        <w:t>Step 2: Challenge the Fear</w:t>
      </w:r>
    </w:p>
    <w:p w14:paraId="281F5519" w14:textId="77777777" w:rsidR="003E67CA" w:rsidRDefault="00C8184B">
      <w:r>
        <w:t>Is there any real evidence that this will happen?</w:t>
      </w:r>
    </w:p>
    <w:p w14:paraId="551062B1" w14:textId="77777777" w:rsidR="003E67CA" w:rsidRDefault="00C8184B">
      <w:r>
        <w:t>Evidence for this fear:</w:t>
      </w:r>
      <w:r>
        <w:br/>
        <w:t>____________________________________________</w:t>
      </w:r>
    </w:p>
    <w:p w14:paraId="70A70C7F" w14:textId="77777777" w:rsidR="003E67CA" w:rsidRDefault="00C8184B">
      <w:r>
        <w:t>Evidence against this fear:</w:t>
      </w:r>
      <w:r>
        <w:br/>
        <w:t>____________________________________________</w:t>
      </w:r>
    </w:p>
    <w:p w14:paraId="53974910" w14:textId="77777777" w:rsidR="003E67CA" w:rsidRDefault="00C8184B">
      <w:r>
        <w:t>What’s a more balanced or helpful way to look at this?</w:t>
      </w:r>
    </w:p>
    <w:p w14:paraId="6DDADE6D" w14:textId="77777777" w:rsidR="003E67CA" w:rsidRDefault="00C8184B">
      <w:r>
        <w:t>Reframed thought: “Even if I don’t succeed perfectly, I can still…”</w:t>
      </w:r>
      <w:r>
        <w:br/>
        <w:t>____________________________________________</w:t>
      </w:r>
    </w:p>
    <w:p w14:paraId="0093DFDB" w14:textId="77777777" w:rsidR="003E67CA" w:rsidRDefault="00C8184B">
      <w:pPr>
        <w:pStyle w:val="Heading2"/>
      </w:pPr>
      <w:r>
        <w:t>Step 3: Connect with Self-Worth</w:t>
      </w:r>
    </w:p>
    <w:p w14:paraId="43FF8962" w14:textId="77777777" w:rsidR="003E67CA" w:rsidRDefault="00C8184B">
      <w:r>
        <w:t>If I “fail,” what would that say about me?</w:t>
      </w:r>
    </w:p>
    <w:p w14:paraId="3D46509D" w14:textId="77777777" w:rsidR="003E67CA" w:rsidRDefault="00C8184B">
      <w:r>
        <w:t>Now reframe that with kindness:</w:t>
      </w:r>
      <w:r>
        <w:br/>
        <w:t>“My worth is not defined by outcomes. I am still…”</w:t>
      </w:r>
      <w:r>
        <w:br/>
        <w:t>____________________________________________</w:t>
      </w:r>
    </w:p>
    <w:p w14:paraId="4D8F7E70" w14:textId="77777777" w:rsidR="003E67CA" w:rsidRDefault="00C8184B">
      <w:pPr>
        <w:pStyle w:val="Heading2"/>
      </w:pPr>
      <w:r>
        <w:t>Step 4: Small Brave Step</w:t>
      </w:r>
    </w:p>
    <w:p w14:paraId="14F25BA4" w14:textId="77777777" w:rsidR="003E67CA" w:rsidRDefault="00C8184B">
      <w:r>
        <w:t>What’s one tiny action I can take toward this goal—even if it’s imperfect?</w:t>
      </w:r>
    </w:p>
    <w:p w14:paraId="30B26AF6" w14:textId="77777777" w:rsidR="003E67CA" w:rsidRDefault="00C8184B">
      <w:r>
        <w:lastRenderedPageBreak/>
        <w:t>Small step I can try:</w:t>
      </w:r>
      <w:r>
        <w:br/>
        <w:t>____________________________________________</w:t>
      </w:r>
      <w:r>
        <w:br/>
        <w:t>When I’ll do it: _____________</w:t>
      </w:r>
    </w:p>
    <w:p w14:paraId="47BE24AD" w14:textId="77777777" w:rsidR="003E67CA" w:rsidRDefault="00C8184B">
      <w:pPr>
        <w:pStyle w:val="Heading2"/>
      </w:pPr>
      <w:r>
        <w:t>Step 5: Reflection</w:t>
      </w:r>
    </w:p>
    <w:p w14:paraId="6491DB5C" w14:textId="77777777" w:rsidR="003E67CA" w:rsidRDefault="00C8184B">
      <w:r>
        <w:t>After taking the step (or just imagining it), ask yourself:</w:t>
      </w:r>
      <w:r>
        <w:br/>
        <w:t>- What happened?</w:t>
      </w:r>
      <w:r>
        <w:br/>
        <w:t>- Was it as bad as I feared?</w:t>
      </w:r>
      <w:r>
        <w:br/>
        <w:t>- What did I learn from this?</w:t>
      </w:r>
    </w:p>
    <w:p w14:paraId="4A994272" w14:textId="77777777" w:rsidR="003E67CA" w:rsidRDefault="00C8184B">
      <w:r>
        <w:t>Reflection:</w:t>
      </w:r>
      <w:r>
        <w:br/>
        <w:t>_________________________________________________________</w:t>
      </w:r>
      <w:r>
        <w:br/>
        <w:t>_________________________________________________________</w:t>
      </w:r>
      <w:r>
        <w:br/>
        <w:t>_________________________________________________________</w:t>
      </w:r>
    </w:p>
    <w:p w14:paraId="7496EA13" w14:textId="77777777" w:rsidR="003E67CA" w:rsidRDefault="00C8184B">
      <w:pPr>
        <w:pStyle w:val="Heading2"/>
      </w:pPr>
      <w:r>
        <w:t>Affirmation for the Week</w:t>
      </w:r>
    </w:p>
    <w:p w14:paraId="5C9ED2DC" w14:textId="77777777" w:rsidR="003E67CA" w:rsidRDefault="00C8184B">
      <w:r>
        <w:t>“I can try without needing to prove. I can learn without getting it perfect. Every step forward—no matter how small—is brave.”</w:t>
      </w:r>
    </w:p>
    <w:sectPr w:rsidR="003E67C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A1"/>
    <w:family w:val="swiss"/>
    <w:pitch w:val="variable"/>
    <w:sig w:usb0="E4002EFF" w:usb1="C2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09514059">
    <w:abstractNumId w:val="8"/>
  </w:num>
  <w:num w:numId="2" w16cid:durableId="1412505122">
    <w:abstractNumId w:val="6"/>
  </w:num>
  <w:num w:numId="3" w16cid:durableId="1699040216">
    <w:abstractNumId w:val="5"/>
  </w:num>
  <w:num w:numId="4" w16cid:durableId="1054817017">
    <w:abstractNumId w:val="4"/>
  </w:num>
  <w:num w:numId="5" w16cid:durableId="1167404690">
    <w:abstractNumId w:val="7"/>
  </w:num>
  <w:num w:numId="6" w16cid:durableId="1210412863">
    <w:abstractNumId w:val="3"/>
  </w:num>
  <w:num w:numId="7" w16cid:durableId="1771438138">
    <w:abstractNumId w:val="2"/>
  </w:num>
  <w:num w:numId="8" w16cid:durableId="2100255310">
    <w:abstractNumId w:val="1"/>
  </w:num>
  <w:num w:numId="9" w16cid:durableId="1432044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E67CA"/>
    <w:rsid w:val="007E0E23"/>
    <w:rsid w:val="00AA1D8D"/>
    <w:rsid w:val="00B47730"/>
    <w:rsid w:val="00C8184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318EB7"/>
  <w14:defaultImageDpi w14:val="300"/>
  <w15:docId w15:val="{CAAC74F2-FE28-5C48-B2C9-EDAE0F5A0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angel sgkouni</cp:lastModifiedBy>
  <cp:revision>2</cp:revision>
  <dcterms:created xsi:type="dcterms:W3CDTF">2025-06-27T16:26:00Z</dcterms:created>
  <dcterms:modified xsi:type="dcterms:W3CDTF">2025-06-27T16:26:00Z</dcterms:modified>
  <cp:category/>
</cp:coreProperties>
</file>